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35A6" w14:textId="41D04943" w:rsidR="00E104C8" w:rsidRPr="00BE58A0" w:rsidRDefault="009C3253">
      <w:pPr>
        <w:jc w:val="right"/>
        <w:rPr>
          <w:lang w:val="pl-PL"/>
        </w:rPr>
      </w:pPr>
      <w:r w:rsidRPr="00BE58A0">
        <w:rPr>
          <w:sz w:val="19"/>
          <w:lang w:val="pl-PL"/>
        </w:rPr>
        <w:t>Załącznik nr 1</w:t>
      </w:r>
      <w:r w:rsidRPr="00BE58A0">
        <w:rPr>
          <w:sz w:val="19"/>
          <w:lang w:val="pl-PL"/>
        </w:rPr>
        <w:br/>
        <w:t xml:space="preserve">do Zarządzenia nr </w:t>
      </w:r>
      <w:r w:rsidR="00E56DF6">
        <w:rPr>
          <w:sz w:val="19"/>
          <w:lang w:val="pl-PL"/>
        </w:rPr>
        <w:t>60</w:t>
      </w:r>
      <w:r w:rsidRPr="00BE58A0">
        <w:rPr>
          <w:sz w:val="19"/>
          <w:lang w:val="pl-PL"/>
        </w:rPr>
        <w:t>/26 Rektora PANS w Krośnie</w:t>
      </w:r>
      <w:r w:rsidRPr="00BE58A0">
        <w:rPr>
          <w:sz w:val="19"/>
          <w:lang w:val="pl-PL"/>
        </w:rPr>
        <w:br/>
        <w:t>z dnia</w:t>
      </w:r>
      <w:r w:rsidR="00E56DF6">
        <w:rPr>
          <w:sz w:val="19"/>
          <w:lang w:val="pl-PL"/>
        </w:rPr>
        <w:t xml:space="preserve"> 1 września </w:t>
      </w:r>
      <w:r w:rsidRPr="00BE58A0">
        <w:rPr>
          <w:sz w:val="19"/>
          <w:lang w:val="pl-PL"/>
        </w:rPr>
        <w:t>2026 r.</w:t>
      </w:r>
    </w:p>
    <w:p w14:paraId="1BC5E006" w14:textId="77777777" w:rsidR="00E104C8" w:rsidRPr="00BE58A0" w:rsidRDefault="009C3253">
      <w:pPr>
        <w:spacing w:after="140"/>
        <w:jc w:val="center"/>
        <w:rPr>
          <w:lang w:val="pl-PL"/>
        </w:rPr>
      </w:pPr>
      <w:r w:rsidRPr="00BE58A0">
        <w:rPr>
          <w:b/>
          <w:sz w:val="28"/>
          <w:lang w:val="pl-PL"/>
        </w:rPr>
        <w:t>KARTA INDYWIDUALNEJ ORGANIZACJI STUDIÓW (IOS)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4988"/>
        <w:gridCol w:w="2267"/>
        <w:gridCol w:w="5102"/>
      </w:tblGrid>
      <w:tr w:rsidR="00E104C8" w:rsidRPr="00BE58A0" w14:paraId="2FA5C5DF" w14:textId="77777777">
        <w:trPr>
          <w:jc w:val="center"/>
        </w:trPr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FFAEF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Imię i nazwisko studenta</w:t>
            </w:r>
          </w:p>
        </w:tc>
        <w:tc>
          <w:tcPr>
            <w:tcW w:w="49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BA5180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..........................................................................................</w:t>
            </w:r>
          </w:p>
        </w:tc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D5A1EC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Numer albumu</w:t>
            </w:r>
          </w:p>
        </w:tc>
        <w:tc>
          <w:tcPr>
            <w:tcW w:w="510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B1AF7B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</w:t>
            </w:r>
          </w:p>
        </w:tc>
      </w:tr>
      <w:tr w:rsidR="00E104C8" w:rsidRPr="00BE58A0" w14:paraId="46C11019" w14:textId="77777777">
        <w:trPr>
          <w:jc w:val="center"/>
        </w:trPr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4BABB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Kierunek studiów</w:t>
            </w:r>
          </w:p>
        </w:tc>
        <w:tc>
          <w:tcPr>
            <w:tcW w:w="49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9C4CB0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..........................................................................................</w:t>
            </w:r>
          </w:p>
        </w:tc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6AA9E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Rok studiów / semestr</w:t>
            </w:r>
          </w:p>
        </w:tc>
        <w:tc>
          <w:tcPr>
            <w:tcW w:w="510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C4F76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</w:t>
            </w:r>
          </w:p>
        </w:tc>
      </w:tr>
      <w:tr w:rsidR="00E104C8" w:rsidRPr="00BE58A0" w14:paraId="25EC55C9" w14:textId="77777777">
        <w:trPr>
          <w:jc w:val="center"/>
        </w:trPr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36BB1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Rok akademicki</w:t>
            </w:r>
          </w:p>
        </w:tc>
        <w:tc>
          <w:tcPr>
            <w:tcW w:w="49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7529E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...............................................................</w:t>
            </w:r>
          </w:p>
        </w:tc>
        <w:tc>
          <w:tcPr>
            <w:tcW w:w="22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497833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b/>
                <w:sz w:val="19"/>
                <w:lang w:val="pl-PL"/>
              </w:rPr>
              <w:t>Okres obowiązywania IOS</w:t>
            </w:r>
          </w:p>
        </w:tc>
        <w:tc>
          <w:tcPr>
            <w:tcW w:w="510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51FA8" w14:textId="77777777" w:rsidR="00E104C8" w:rsidRPr="00BE58A0" w:rsidRDefault="009C3253">
            <w:pPr>
              <w:jc w:val="left"/>
              <w:rPr>
                <w:lang w:val="pl-PL"/>
              </w:rPr>
            </w:pPr>
            <w:r w:rsidRPr="00BE58A0">
              <w:rPr>
                <w:sz w:val="19"/>
                <w:lang w:val="pl-PL"/>
              </w:rPr>
              <w:t>................................................</w:t>
            </w:r>
          </w:p>
        </w:tc>
      </w:tr>
    </w:tbl>
    <w:p w14:paraId="76A3CD1E" w14:textId="77777777" w:rsidR="00E104C8" w:rsidRPr="00BE58A0" w:rsidRDefault="00E104C8">
      <w:pPr>
        <w:rPr>
          <w:lang w:val="pl-PL"/>
        </w:rPr>
      </w:pPr>
    </w:p>
    <w:tbl>
      <w:tblPr>
        <w:tblStyle w:val="Tabela-Siatka"/>
        <w:tblW w:w="14907" w:type="dxa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2154"/>
        <w:gridCol w:w="2154"/>
        <w:gridCol w:w="4081"/>
        <w:gridCol w:w="4535"/>
        <w:gridCol w:w="1530"/>
      </w:tblGrid>
      <w:tr w:rsidR="00E104C8" w:rsidRPr="00BE58A0" w14:paraId="77331B86" w14:textId="77777777" w:rsidTr="000B6A30">
        <w:trPr>
          <w:trHeight w:val="709"/>
          <w:tblHeader/>
          <w:jc w:val="center"/>
        </w:trPr>
        <w:tc>
          <w:tcPr>
            <w:tcW w:w="453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0F495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215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3B533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Nazwa przedmiotu</w:t>
            </w:r>
          </w:p>
        </w:tc>
        <w:tc>
          <w:tcPr>
            <w:tcW w:w="215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B1A6D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Prowadzący</w:t>
            </w:r>
          </w:p>
        </w:tc>
        <w:tc>
          <w:tcPr>
            <w:tcW w:w="408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1AA94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Zasady uczestnictwa w zajęciach</w:t>
            </w:r>
            <w:r w:rsidRPr="00BE58A0">
              <w:rPr>
                <w:b/>
                <w:sz w:val="20"/>
                <w:szCs w:val="20"/>
                <w:lang w:val="pl-PL"/>
              </w:rPr>
              <w:br/>
              <w:t>w ramach IOS</w:t>
            </w:r>
          </w:p>
        </w:tc>
        <w:tc>
          <w:tcPr>
            <w:tcW w:w="4535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9C794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Zasady realizacji warunków zaliczenia</w:t>
            </w:r>
            <w:r w:rsidRPr="00BE58A0">
              <w:rPr>
                <w:b/>
                <w:sz w:val="20"/>
                <w:szCs w:val="20"/>
                <w:lang w:val="pl-PL"/>
              </w:rPr>
              <w:br/>
              <w:t>w ramach IOS</w:t>
            </w:r>
          </w:p>
        </w:tc>
        <w:tc>
          <w:tcPr>
            <w:tcW w:w="153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A7479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b/>
                <w:sz w:val="20"/>
                <w:szCs w:val="20"/>
                <w:lang w:val="pl-PL"/>
              </w:rPr>
              <w:t>Podpis</w:t>
            </w:r>
            <w:r w:rsidRPr="00BE58A0">
              <w:rPr>
                <w:b/>
                <w:sz w:val="20"/>
                <w:szCs w:val="20"/>
                <w:lang w:val="pl-PL"/>
              </w:rPr>
              <w:br/>
              <w:t>prowadzącego</w:t>
            </w:r>
          </w:p>
        </w:tc>
      </w:tr>
      <w:tr w:rsidR="00E104C8" w:rsidRPr="00BE58A0" w14:paraId="127E36BF" w14:textId="77777777" w:rsidTr="0056052E">
        <w:trPr>
          <w:trHeight w:val="410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3CE26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88C5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D3EF9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5ADF8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800949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14203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  <w:tr w:rsidR="00E104C8" w:rsidRPr="00BE58A0" w14:paraId="15F5898B" w14:textId="77777777" w:rsidTr="0056052E">
        <w:trPr>
          <w:trHeight w:val="376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70612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09B5C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4E274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0414D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5F38D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D3420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  <w:tr w:rsidR="00E104C8" w:rsidRPr="00BE58A0" w14:paraId="0212BA0A" w14:textId="77777777" w:rsidTr="0056052E">
        <w:trPr>
          <w:trHeight w:val="370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AA4BC7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9C033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F3320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94137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E7DF14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65E51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  <w:tr w:rsidR="00E104C8" w:rsidRPr="00BE58A0" w14:paraId="5DB1A459" w14:textId="77777777" w:rsidTr="0056052E">
        <w:trPr>
          <w:trHeight w:val="392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7CFD3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CA25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D393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93A71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3C8C3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98DCD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  <w:tr w:rsidR="00E104C8" w:rsidRPr="00BE58A0" w14:paraId="5F3CC968" w14:textId="77777777" w:rsidTr="0056052E">
        <w:trPr>
          <w:trHeight w:val="338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FAD0FD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0278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9CABA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31A36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615EE3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81F910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  <w:tr w:rsidR="00E104C8" w:rsidRPr="00BE58A0" w14:paraId="3020A3CE" w14:textId="77777777" w:rsidTr="0056052E">
        <w:trPr>
          <w:trHeight w:val="164"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77884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742B5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2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70307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0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C0541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623CB2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  <w:tc>
          <w:tcPr>
            <w:tcW w:w="153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BF4756" w14:textId="77777777" w:rsidR="00E104C8" w:rsidRPr="00BE58A0" w:rsidRDefault="00E104C8">
            <w:pPr>
              <w:jc w:val="left"/>
              <w:rPr>
                <w:sz w:val="20"/>
                <w:szCs w:val="20"/>
                <w:lang w:val="pl-PL"/>
              </w:rPr>
            </w:pPr>
          </w:p>
        </w:tc>
      </w:tr>
    </w:tbl>
    <w:p w14:paraId="181F0570" w14:textId="77777777" w:rsidR="00E104C8" w:rsidRPr="00BE58A0" w:rsidRDefault="009C3253">
      <w:pPr>
        <w:spacing w:before="100" w:after="40"/>
        <w:rPr>
          <w:sz w:val="20"/>
          <w:szCs w:val="20"/>
          <w:lang w:val="pl-PL"/>
        </w:rPr>
      </w:pPr>
      <w:r w:rsidRPr="00BE58A0">
        <w:rPr>
          <w:b/>
          <w:sz w:val="20"/>
          <w:szCs w:val="20"/>
          <w:lang w:val="pl-PL"/>
        </w:rPr>
        <w:t>Objaśnienie</w:t>
      </w:r>
      <w:r w:rsidRPr="00E56DF6">
        <w:rPr>
          <w:b/>
          <w:sz w:val="20"/>
          <w:szCs w:val="20"/>
          <w:lang w:val="pl-PL"/>
        </w:rPr>
        <w:t>:</w:t>
      </w:r>
      <w:r w:rsidRPr="00E56DF6">
        <w:rPr>
          <w:sz w:val="20"/>
          <w:szCs w:val="20"/>
          <w:lang w:val="pl-PL"/>
        </w:rPr>
        <w:t xml:space="preserve"> Zasady wpisane do tabeli mają charakter standardowy dla studentów korzystających z IOS w danym przedmiocie. IOS nie zmienia efektów uczenia się ani warunków i kryteriów zaliczenia określonych w karcie przedmiotu. Podpis</w:t>
      </w:r>
      <w:r w:rsidRPr="00BE58A0">
        <w:rPr>
          <w:sz w:val="20"/>
          <w:szCs w:val="20"/>
          <w:lang w:val="pl-PL"/>
        </w:rPr>
        <w:t xml:space="preserve"> prowadzącego potwierdza zapoznanie studenta z zasadami realizacji przedmiotu w ramach IOS oraz poinformowanie prowadzącego o korzystaniu przez studenta z IOS.</w:t>
      </w:r>
    </w:p>
    <w:p w14:paraId="7920496A" w14:textId="77777777" w:rsidR="00E104C8" w:rsidRPr="00BE58A0" w:rsidRDefault="009C3253">
      <w:pPr>
        <w:spacing w:before="60" w:after="40"/>
        <w:rPr>
          <w:sz w:val="20"/>
          <w:szCs w:val="20"/>
          <w:lang w:val="pl-PL"/>
        </w:rPr>
      </w:pPr>
      <w:r w:rsidRPr="00BE58A0">
        <w:rPr>
          <w:b/>
          <w:sz w:val="20"/>
          <w:szCs w:val="20"/>
          <w:lang w:val="pl-PL"/>
        </w:rPr>
        <w:t>Uwagi / indywidualne odstępstwa od standardowych zasad (w szczególnie uzasadnionych przypadkach):</w:t>
      </w:r>
    </w:p>
    <w:p w14:paraId="66AD5C65" w14:textId="77777777" w:rsidR="00E104C8" w:rsidRPr="00BE58A0" w:rsidRDefault="009C3253">
      <w:pPr>
        <w:rPr>
          <w:sz w:val="20"/>
          <w:szCs w:val="20"/>
          <w:lang w:val="pl-PL"/>
        </w:rPr>
      </w:pPr>
      <w:r w:rsidRPr="00BE58A0">
        <w:rPr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BE7652" w14:textId="77777777" w:rsidR="00E104C8" w:rsidRPr="00BE58A0" w:rsidRDefault="009C3253">
      <w:pPr>
        <w:rPr>
          <w:sz w:val="20"/>
          <w:szCs w:val="20"/>
          <w:lang w:val="pl-PL"/>
        </w:rPr>
      </w:pPr>
      <w:r w:rsidRPr="00BE58A0">
        <w:rPr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1445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  <w:gridCol w:w="4818"/>
      </w:tblGrid>
      <w:tr w:rsidR="00E104C8" w:rsidRPr="00BE58A0" w14:paraId="437129A0" w14:textId="77777777" w:rsidTr="000B6A30">
        <w:trPr>
          <w:jc w:val="center"/>
        </w:trPr>
        <w:tc>
          <w:tcPr>
            <w:tcW w:w="48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DE348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……………………………………</w:t>
            </w:r>
            <w:r w:rsidRPr="00BE58A0">
              <w:rPr>
                <w:sz w:val="20"/>
                <w:szCs w:val="20"/>
                <w:lang w:val="pl-PL"/>
              </w:rPr>
              <w:br/>
              <w:t>Data i podpis studenta</w:t>
            </w:r>
          </w:p>
        </w:tc>
        <w:tc>
          <w:tcPr>
            <w:tcW w:w="48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52389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……………………………………</w:t>
            </w:r>
            <w:r w:rsidRPr="00BE58A0">
              <w:rPr>
                <w:sz w:val="20"/>
                <w:szCs w:val="20"/>
                <w:lang w:val="pl-PL"/>
              </w:rPr>
              <w:br/>
              <w:t>Data i podpis kierownika Zakładu</w:t>
            </w:r>
          </w:p>
        </w:tc>
        <w:tc>
          <w:tcPr>
            <w:tcW w:w="48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12B91" w14:textId="77777777" w:rsidR="00E104C8" w:rsidRPr="00BE58A0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BE58A0">
              <w:rPr>
                <w:sz w:val="20"/>
                <w:szCs w:val="20"/>
                <w:lang w:val="pl-PL"/>
              </w:rPr>
              <w:t>……………………………………</w:t>
            </w:r>
            <w:r w:rsidRPr="00BE58A0">
              <w:rPr>
                <w:sz w:val="20"/>
                <w:szCs w:val="20"/>
                <w:lang w:val="pl-PL"/>
              </w:rPr>
              <w:br/>
              <w:t>Data i podpis dyrektora Instytutu</w:t>
            </w:r>
          </w:p>
        </w:tc>
      </w:tr>
    </w:tbl>
    <w:p w14:paraId="21FB168F" w14:textId="77777777" w:rsidR="00E104C8" w:rsidRPr="00BE58A0" w:rsidRDefault="00E104C8">
      <w:pPr>
        <w:rPr>
          <w:lang w:val="pl-PL"/>
        </w:rPr>
        <w:sectPr w:rsidR="00E104C8" w:rsidRPr="00BE58A0" w:rsidSect="00234D17">
          <w:pgSz w:w="15840" w:h="12240" w:orient="landscape"/>
          <w:pgMar w:top="850" w:right="850" w:bottom="850" w:left="850" w:header="680" w:footer="680" w:gutter="0"/>
          <w:cols w:space="720"/>
          <w:docGrid w:linePitch="360"/>
        </w:sectPr>
      </w:pPr>
    </w:p>
    <w:p w14:paraId="389D3BC0" w14:textId="3F5ACE3E" w:rsidR="00E104C8" w:rsidRPr="00BE58A0" w:rsidRDefault="009C3253">
      <w:pPr>
        <w:jc w:val="right"/>
        <w:rPr>
          <w:lang w:val="pl-PL"/>
        </w:rPr>
      </w:pPr>
      <w:r w:rsidRPr="00BE58A0">
        <w:rPr>
          <w:sz w:val="19"/>
          <w:lang w:val="pl-PL"/>
        </w:rPr>
        <w:lastRenderedPageBreak/>
        <w:t>Załącznik nr 2</w:t>
      </w:r>
      <w:r w:rsidRPr="00BE58A0">
        <w:rPr>
          <w:sz w:val="19"/>
          <w:lang w:val="pl-PL"/>
        </w:rPr>
        <w:br/>
        <w:t xml:space="preserve">do Zarządzenia nr </w:t>
      </w:r>
      <w:r w:rsidR="00E56DF6">
        <w:rPr>
          <w:sz w:val="19"/>
          <w:lang w:val="pl-PL"/>
        </w:rPr>
        <w:t>60</w:t>
      </w:r>
      <w:r w:rsidRPr="00BE58A0">
        <w:rPr>
          <w:sz w:val="19"/>
          <w:lang w:val="pl-PL"/>
        </w:rPr>
        <w:t>/26 Rektora PANS w Krośnie</w:t>
      </w:r>
      <w:r w:rsidRPr="00BE58A0">
        <w:rPr>
          <w:sz w:val="19"/>
          <w:lang w:val="pl-PL"/>
        </w:rPr>
        <w:br/>
        <w:t xml:space="preserve">z dnia </w:t>
      </w:r>
      <w:r w:rsidR="00E56DF6">
        <w:rPr>
          <w:sz w:val="19"/>
          <w:lang w:val="pl-PL"/>
        </w:rPr>
        <w:t xml:space="preserve">1 września </w:t>
      </w:r>
      <w:r w:rsidRPr="00BE58A0">
        <w:rPr>
          <w:sz w:val="19"/>
          <w:lang w:val="pl-PL"/>
        </w:rPr>
        <w:t>2026 r.</w:t>
      </w:r>
    </w:p>
    <w:p w14:paraId="0309F963" w14:textId="77777777" w:rsidR="00E104C8" w:rsidRPr="00BE58A0" w:rsidRDefault="009C3253">
      <w:pPr>
        <w:spacing w:after="160"/>
        <w:jc w:val="center"/>
        <w:rPr>
          <w:lang w:val="pl-PL"/>
        </w:rPr>
      </w:pPr>
      <w:r w:rsidRPr="00BE58A0">
        <w:rPr>
          <w:b/>
          <w:sz w:val="26"/>
          <w:lang w:val="pl-PL"/>
        </w:rPr>
        <w:t>INSTRUKCJA PRZYGOTOWANIA I STOSOWANIA KARTY IOS</w:t>
      </w:r>
    </w:p>
    <w:p w14:paraId="30B10D21" w14:textId="77777777" w:rsidR="00E104C8" w:rsidRPr="00BE58A0" w:rsidRDefault="009C3253">
      <w:pPr>
        <w:spacing w:after="100"/>
        <w:rPr>
          <w:lang w:val="pl-PL"/>
        </w:rPr>
      </w:pPr>
      <w:r w:rsidRPr="00BE58A0">
        <w:rPr>
          <w:sz w:val="21"/>
          <w:lang w:val="pl-PL"/>
        </w:rPr>
        <w:t>Karta IOS jest przygotowywana przed rozpoczęciem roku akademickiego na podstawie zasad przekazanych przez prowadzących zajęcia. Student nie ustala ani nie wpisuje standardowych warunków realizacji przedmiotów – po uzyskaniu zgody na IOS uzupełnia wyłącznie swoje dane i uzyskuje podpisy prowadzących przedmioty objęte IOS.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324"/>
        <w:gridCol w:w="4648"/>
        <w:gridCol w:w="4988"/>
      </w:tblGrid>
      <w:tr w:rsidR="00E104C8" w:rsidRPr="00E56DF6" w14:paraId="076960B6" w14:textId="77777777" w:rsidTr="009C3253">
        <w:trPr>
          <w:tblHeader/>
        </w:trPr>
        <w:tc>
          <w:tcPr>
            <w:tcW w:w="294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516D61" w14:textId="77777777" w:rsidR="00E104C8" w:rsidRPr="00E56DF6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E56DF6">
              <w:rPr>
                <w:b/>
                <w:sz w:val="20"/>
                <w:szCs w:val="20"/>
                <w:lang w:val="pl-PL"/>
              </w:rPr>
              <w:t>Kolumna</w:t>
            </w:r>
          </w:p>
        </w:tc>
        <w:tc>
          <w:tcPr>
            <w:tcW w:w="464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DEA2C" w14:textId="77777777" w:rsidR="00E104C8" w:rsidRPr="00E56DF6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E56DF6">
              <w:rPr>
                <w:b/>
                <w:sz w:val="20"/>
                <w:szCs w:val="20"/>
                <w:lang w:val="pl-PL"/>
              </w:rPr>
              <w:t>Co określa prowadzący</w:t>
            </w:r>
          </w:p>
        </w:tc>
        <w:tc>
          <w:tcPr>
            <w:tcW w:w="498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6D5BD9" w14:textId="77777777" w:rsidR="00E104C8" w:rsidRPr="00E56DF6" w:rsidRDefault="009C3253">
            <w:pPr>
              <w:jc w:val="center"/>
              <w:rPr>
                <w:sz w:val="20"/>
                <w:szCs w:val="20"/>
                <w:lang w:val="pl-PL"/>
              </w:rPr>
            </w:pPr>
            <w:r w:rsidRPr="00E56DF6">
              <w:rPr>
                <w:b/>
                <w:sz w:val="20"/>
                <w:szCs w:val="20"/>
                <w:lang w:val="pl-PL"/>
              </w:rPr>
              <w:t>Przykładowe wpisy</w:t>
            </w:r>
          </w:p>
        </w:tc>
      </w:tr>
      <w:tr w:rsidR="00E104C8" w:rsidRPr="00E56DF6" w14:paraId="49558148" w14:textId="77777777" w:rsidTr="009C3253"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FE787" w14:textId="77777777" w:rsidR="00E104C8" w:rsidRPr="00E56DF6" w:rsidRDefault="009C3253">
            <w:pPr>
              <w:jc w:val="left"/>
              <w:rPr>
                <w:sz w:val="20"/>
                <w:szCs w:val="20"/>
                <w:lang w:val="pl-PL"/>
              </w:rPr>
            </w:pPr>
            <w:r w:rsidRPr="00E56DF6">
              <w:rPr>
                <w:b/>
                <w:sz w:val="20"/>
                <w:szCs w:val="20"/>
                <w:lang w:val="pl-PL"/>
              </w:rPr>
              <w:t>Zasady uczestnictwa w zajęciach w ramach IOS</w:t>
            </w:r>
          </w:p>
        </w:tc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215D6" w14:textId="77777777" w:rsidR="00E104C8" w:rsidRPr="00E56DF6" w:rsidRDefault="009C3253" w:rsidP="000B6A30">
            <w:pPr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Standardowe zasady organizacji udziału studenta w zajęciach: wymaganą frekwencję, zajęcia obowiązkowe, możliwość udziału z inną grupą oraz sposób uzupełniania lub odrabiania nieobecności. Zasady muszą uwzględniać charakter zajęć i możliwość osiągnięcia wszystkich efektów uczenia się.</w:t>
            </w:r>
          </w:p>
        </w:tc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C1E11" w14:textId="77777777" w:rsidR="009C3253" w:rsidRPr="00E56DF6" w:rsidRDefault="009C3253" w:rsidP="000B6A30">
            <w:pPr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• minimum 60% obecności;</w:t>
            </w:r>
          </w:p>
          <w:p w14:paraId="64651C37" w14:textId="77777777" w:rsidR="009C3253" w:rsidRPr="00E56DF6" w:rsidRDefault="009C3253" w:rsidP="000B6A30">
            <w:pPr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• obowiązkowy udział w zajęciach praktycznych wskazanych przez prowadzącego;</w:t>
            </w:r>
          </w:p>
          <w:p w14:paraId="710698AE" w14:textId="77777777" w:rsidR="009C3253" w:rsidRPr="00E56DF6" w:rsidRDefault="009C3253" w:rsidP="000B6A30">
            <w:pPr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• możliwość udziału z inną grupą realizującą te same treści;</w:t>
            </w:r>
            <w:r w:rsidRPr="00E56DF6">
              <w:rPr>
                <w:sz w:val="20"/>
                <w:szCs w:val="20"/>
                <w:lang w:val="pl-PL"/>
              </w:rPr>
              <w:br/>
              <w:t>• nieobecności do odrobienia z inną grupą lub podczas dodatkowych zajęć;</w:t>
            </w:r>
          </w:p>
          <w:p w14:paraId="131C8CE2" w14:textId="15F8489E" w:rsidR="00E104C8" w:rsidRPr="00E56DF6" w:rsidRDefault="009C3253" w:rsidP="000B6A30">
            <w:pPr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• uzupełnienie wskazanych treści podczas konsultacji, jeżeli charakter zajęć na to pozwala.</w:t>
            </w:r>
          </w:p>
        </w:tc>
      </w:tr>
      <w:tr w:rsidR="00E104C8" w:rsidRPr="00E56DF6" w14:paraId="09E692A6" w14:textId="77777777" w:rsidTr="009C3253"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4D966C" w14:textId="77777777" w:rsidR="00E104C8" w:rsidRPr="00E56DF6" w:rsidRDefault="009C3253">
            <w:pPr>
              <w:jc w:val="left"/>
              <w:rPr>
                <w:sz w:val="20"/>
                <w:szCs w:val="20"/>
                <w:lang w:val="pl-PL"/>
              </w:rPr>
            </w:pPr>
            <w:r w:rsidRPr="00E56DF6">
              <w:rPr>
                <w:b/>
                <w:sz w:val="20"/>
                <w:szCs w:val="20"/>
                <w:lang w:val="pl-PL"/>
              </w:rPr>
              <w:t>Zasady realizacji warunków zaliczenia w ramach IOS</w:t>
            </w:r>
          </w:p>
        </w:tc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0A352" w14:textId="77777777" w:rsidR="00E104C8" w:rsidRPr="00E56DF6" w:rsidRDefault="009C3253">
            <w:pPr>
              <w:jc w:val="left"/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Sposób organizacyjnej realizacji obowiązków zaliczeniowych wynikających z karty przedmiotu, w szczególności w sytuacji, gdy student nie może wykonać ich w terminie przewidzianym dla grupy. Nie zmienia się zakresu merytorycznego, warunków ani kryteriów zaliczenia.</w:t>
            </w:r>
          </w:p>
        </w:tc>
        <w:tc>
          <w:tcPr>
            <w:tcW w:w="3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238417" w14:textId="77777777" w:rsidR="000B6A30" w:rsidRPr="00E56DF6" w:rsidRDefault="009C3253">
            <w:pPr>
              <w:jc w:val="left"/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>• warunki i kryteria zaliczenia – zgodnie z kartą przedmiotu; projekt/praca pisemna – możliwość złożenia w terminie uzgodnionym z prowadzącym;</w:t>
            </w:r>
          </w:p>
          <w:p w14:paraId="26D664D2" w14:textId="1001F513" w:rsidR="00E104C8" w:rsidRPr="00E56DF6" w:rsidRDefault="009C3253">
            <w:pPr>
              <w:jc w:val="left"/>
              <w:rPr>
                <w:sz w:val="20"/>
                <w:szCs w:val="20"/>
                <w:lang w:val="pl-PL"/>
              </w:rPr>
            </w:pPr>
            <w:r w:rsidRPr="00E56DF6">
              <w:rPr>
                <w:sz w:val="20"/>
                <w:szCs w:val="20"/>
                <w:lang w:val="pl-PL"/>
              </w:rPr>
              <w:t xml:space="preserve"> referat/prezentacja – realizacja podczas konsultacji lub z inną grupą;</w:t>
            </w:r>
            <w:r w:rsidRPr="00E56DF6">
              <w:rPr>
                <w:sz w:val="20"/>
                <w:szCs w:val="20"/>
                <w:lang w:val="pl-PL"/>
              </w:rPr>
              <w:br/>
              <w:t>• kolokwium/zaliczenie – w uzgodnionym terminie, jeżeli student nie może uczestniczyć w terminie grupy;</w:t>
            </w:r>
            <w:r w:rsidRPr="00E56DF6">
              <w:rPr>
                <w:sz w:val="20"/>
                <w:szCs w:val="20"/>
                <w:lang w:val="pl-PL"/>
              </w:rPr>
              <w:br/>
              <w:t>• zaliczenie praktyczne – w terminie umożliwiającym weryfikację wymaganych umiejętności.</w:t>
            </w:r>
          </w:p>
        </w:tc>
      </w:tr>
    </w:tbl>
    <w:p w14:paraId="6D94B348" w14:textId="77777777" w:rsidR="00E104C8" w:rsidRPr="00E56DF6" w:rsidRDefault="009C3253">
      <w:pPr>
        <w:spacing w:before="140" w:after="60"/>
        <w:rPr>
          <w:lang w:val="pl-PL"/>
        </w:rPr>
      </w:pPr>
      <w:r w:rsidRPr="00E56DF6">
        <w:rPr>
          <w:b/>
          <w:sz w:val="22"/>
          <w:lang w:val="pl-PL"/>
        </w:rPr>
        <w:t>Zasady organizacyjne</w:t>
      </w:r>
    </w:p>
    <w:p w14:paraId="7CAECE35" w14:textId="77777777" w:rsidR="00E104C8" w:rsidRPr="00E56DF6" w:rsidRDefault="009C3253">
      <w:pPr>
        <w:pStyle w:val="ActParagraph"/>
        <w:ind w:left="283" w:hanging="198"/>
        <w:rPr>
          <w:lang w:val="pl-PL"/>
        </w:rPr>
      </w:pPr>
      <w:r w:rsidRPr="00E56DF6">
        <w:rPr>
          <w:sz w:val="21"/>
          <w:lang w:val="pl-PL"/>
        </w:rPr>
        <w:t>• Prowadzący przekazują zasady realizacji IOS kierownikowi Zakładu przed rozpoczęciem roku akademickiego.</w:t>
      </w:r>
    </w:p>
    <w:p w14:paraId="5929CD99" w14:textId="77777777" w:rsidR="00E104C8" w:rsidRPr="00E56DF6" w:rsidRDefault="009C3253">
      <w:pPr>
        <w:pStyle w:val="ActParagraph"/>
        <w:ind w:left="283" w:hanging="198"/>
        <w:rPr>
          <w:lang w:val="pl-PL"/>
        </w:rPr>
      </w:pPr>
      <w:r w:rsidRPr="00E56DF6">
        <w:rPr>
          <w:sz w:val="21"/>
          <w:lang w:val="pl-PL"/>
        </w:rPr>
        <w:t>• Kierownik Zakładu przygotowuje na tej podstawie zbiorczą kartę IOS dla danego kierunku, roku i semestru. W razie zmian w obsadzie lub organizacji zajęć karta jest aktualizowana.</w:t>
      </w:r>
    </w:p>
    <w:p w14:paraId="33C15AA6" w14:textId="77777777" w:rsidR="00E104C8" w:rsidRPr="00E56DF6" w:rsidRDefault="009C3253">
      <w:pPr>
        <w:pStyle w:val="ActParagraph"/>
        <w:ind w:left="283" w:hanging="198"/>
        <w:rPr>
          <w:lang w:val="pl-PL"/>
        </w:rPr>
      </w:pPr>
      <w:r w:rsidRPr="00E56DF6">
        <w:rPr>
          <w:sz w:val="21"/>
          <w:lang w:val="pl-PL"/>
        </w:rPr>
        <w:t>• Podane wartości frekwencji (np. 60%) są jedynie przykładami. Nie ustala się jednego minimalnego poziomu obecności dla wszystkich przedmiotów.</w:t>
      </w:r>
    </w:p>
    <w:p w14:paraId="1BBF53A5" w14:textId="77777777" w:rsidR="00E104C8" w:rsidRPr="00BE58A0" w:rsidRDefault="009C3253">
      <w:pPr>
        <w:pStyle w:val="ActParagraph"/>
        <w:ind w:left="283" w:hanging="198"/>
        <w:rPr>
          <w:lang w:val="pl-PL"/>
        </w:rPr>
      </w:pPr>
      <w:r w:rsidRPr="00E56DF6">
        <w:rPr>
          <w:sz w:val="21"/>
          <w:lang w:val="pl-PL"/>
        </w:rPr>
        <w:t>• W szczególnie uzasadnionym przypadku prowadzący może ustalić dla konkretnego studenta odstępstwo od standardowych zasad organizacyjnych, pod warunkiem zachowania wszystkich efektów uczenia się oraz warunków i kryteriów zaliczenia z karty przedmiotu. Odstępstwo należy wpisać w części</w:t>
      </w:r>
      <w:r w:rsidRPr="00BE58A0">
        <w:rPr>
          <w:sz w:val="21"/>
          <w:lang w:val="pl-PL"/>
        </w:rPr>
        <w:t xml:space="preserve"> „Uwagi / indywidualne odstępstwa”.</w:t>
      </w:r>
    </w:p>
    <w:p w14:paraId="15F8A368" w14:textId="77777777" w:rsidR="00E104C8" w:rsidRPr="00BE58A0" w:rsidRDefault="009C3253">
      <w:pPr>
        <w:pStyle w:val="ActParagraph"/>
        <w:ind w:left="283" w:hanging="198"/>
        <w:rPr>
          <w:lang w:val="pl-PL"/>
        </w:rPr>
      </w:pPr>
      <w:r w:rsidRPr="00BE58A0">
        <w:rPr>
          <w:sz w:val="21"/>
          <w:lang w:val="pl-PL"/>
        </w:rPr>
        <w:t>• Podpis prowadzącego na karcie studenta oznacza zapoznanie studenta z zasadami realizacji danego przedmiotu w ramach IOS oraz potwierdza, że prowadzący został poinformowany o korzystaniu przez studenta z IOS.</w:t>
      </w:r>
    </w:p>
    <w:sectPr w:rsidR="00E104C8" w:rsidRPr="00BE58A0" w:rsidSect="00234D17">
      <w:pgSz w:w="15840" w:h="12240" w:orient="landscape"/>
      <w:pgMar w:top="1134" w:right="1020" w:bottom="1134" w:left="1020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633506">
    <w:abstractNumId w:val="8"/>
  </w:num>
  <w:num w:numId="2" w16cid:durableId="746147981">
    <w:abstractNumId w:val="6"/>
  </w:num>
  <w:num w:numId="3" w16cid:durableId="1782142942">
    <w:abstractNumId w:val="5"/>
  </w:num>
  <w:num w:numId="4" w16cid:durableId="2017032039">
    <w:abstractNumId w:val="4"/>
  </w:num>
  <w:num w:numId="5" w16cid:durableId="1453668961">
    <w:abstractNumId w:val="7"/>
  </w:num>
  <w:num w:numId="6" w16cid:durableId="2142922476">
    <w:abstractNumId w:val="3"/>
  </w:num>
  <w:num w:numId="7" w16cid:durableId="1326082943">
    <w:abstractNumId w:val="2"/>
  </w:num>
  <w:num w:numId="8" w16cid:durableId="1171405560">
    <w:abstractNumId w:val="1"/>
  </w:num>
  <w:num w:numId="9" w16cid:durableId="91975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A30"/>
    <w:rsid w:val="0015074B"/>
    <w:rsid w:val="00234D17"/>
    <w:rsid w:val="0029639D"/>
    <w:rsid w:val="002B5FC6"/>
    <w:rsid w:val="00326F90"/>
    <w:rsid w:val="003705E7"/>
    <w:rsid w:val="004B4D7F"/>
    <w:rsid w:val="0056052E"/>
    <w:rsid w:val="005C0AD9"/>
    <w:rsid w:val="008D4568"/>
    <w:rsid w:val="009C3253"/>
    <w:rsid w:val="00AA1D8D"/>
    <w:rsid w:val="00B47730"/>
    <w:rsid w:val="00BE58A0"/>
    <w:rsid w:val="00CB0664"/>
    <w:rsid w:val="00CD4F80"/>
    <w:rsid w:val="00D20A75"/>
    <w:rsid w:val="00D87834"/>
    <w:rsid w:val="00E104C8"/>
    <w:rsid w:val="00E56DF6"/>
    <w:rsid w:val="00EC21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BCE05"/>
  <w14:defaultImageDpi w14:val="300"/>
  <w15:docId w15:val="{BD32FD57-7EA3-47D0-9F91-89955320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Paragraph">
    <w:name w:val="Act Paragraph"/>
    <w:basedOn w:val="Normalny"/>
    <w:pPr>
      <w:spacing w:after="20"/>
    </w:pPr>
  </w:style>
  <w:style w:type="paragraph" w:customStyle="1" w:styleId="ActSubpoint">
    <w:name w:val="Act Subpoint"/>
    <w:basedOn w:val="Normalny"/>
    <w:pPr>
      <w:ind w:left="397" w:hanging="3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707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Maciej Półchłopek</cp:lastModifiedBy>
  <cp:revision>4</cp:revision>
  <cp:lastPrinted>2026-08-19T10:15:00Z</cp:lastPrinted>
  <dcterms:created xsi:type="dcterms:W3CDTF">2026-10-15T13:04:00Z</dcterms:created>
  <dcterms:modified xsi:type="dcterms:W3CDTF">2026-10-15T14:55:00Z</dcterms:modified>
  <cp:category/>
</cp:coreProperties>
</file>